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COMMAND POST DESIGN-BUILD PROPOSAL</w:t>
      </w:r>
    </w:p>
    <w:p>
      <w:pPr>
        <w:keepNext/>
        <w:spacing w:before="0" w:after="200"/>
        <w:jc w:val="center"/>
      </w:pPr>
      <w:r>
        <w:rPr>
          <w:rFonts w:ascii="Calibri" w:hAnsi="Calibri"/>
          <w:b/>
          <w:color w:val="606A74"/>
          <w:sz w:val="21"/>
        </w:rPr>
        <w:t>Gray Fox Systems, Inc. | CP-27-008 | Submitted 21 July 2027</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1F5"/>
            <w:vAlign w:val="center"/>
            <w:tcMar>
              <w:top w:w="100" w:type="dxa"/>
              <w:bottom w:w="100" w:type="dxa"/>
              <w:start w:w="120" w:type="dxa"/>
              <w:end w:w="120" w:type="dxa"/>
            </w:tcMar>
          </w:tcPr>
          <w:p>
            <w:pPr>
              <w:spacing w:after="0" w:line="252" w:lineRule="auto"/>
            </w:pPr>
            <w:r>
              <w:rPr>
                <w:rFonts w:ascii="Calibri" w:hAnsi="Calibri"/>
                <w:b/>
                <w:color w:val="8E4F47"/>
                <w:sz w:val="18"/>
              </w:rPr>
              <w:t xml:space="preserve">OFFEROR STATEMENT. </w:t>
            </w:r>
            <w:r>
              <w:rPr>
                <w:rFonts w:ascii="Calibri" w:hAnsi="Calibri"/>
                <w:color w:val="192530"/>
                <w:sz w:val="18"/>
              </w:rPr>
              <w:t>A direct, economical renewal using commercially available systems</w:t>
            </w:r>
          </w:p>
        </w:tc>
      </w:tr>
    </w:tbl>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Firm-fixed price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$7,990,000</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Calendar duration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388 days from notice to proceed</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Proposed turnover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7 September 2028 · 38 days before required date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Proposal validity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120 calendar days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Design responsibility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Complete post-award design and construction by the design-builder</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Boulder stand-off</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North 72 ft · East 82 ft · South 70 ft · West 44 ft from the corresponding exterior wall</w:t>
            </w:r>
          </w:p>
        </w:tc>
      </w:tr>
    </w:tbl>
    <w:p>
      <w:pPr>
        <w:pStyle w:val="Heading1"/>
        <w:keepNext/>
      </w:pPr>
      <w:r>
        <w:t>Executive approach</w:t>
      </w:r>
    </w:p>
    <w:p>
      <w:pPr>
        <w:keepLines/>
        <w:spacing w:before="0" w:after="120" w:line="264" w:lineRule="auto"/>
        <w:ind w:left="0"/>
      </w:pPr>
      <w:r>
        <w:rPr>
          <w:rFonts w:ascii="Calibri" w:hAnsi="Calibri"/>
          <w:color w:val="192530"/>
          <w:sz w:val="22"/>
        </w:rPr>
        <w:t>Gray Fox Systems, Inc. offers one integrated design-build team for Building 100. The concept addresses 24/7 operations, secure communications, cold-region envelope performance, resilient utilities, controlled access, and fixed site-security barriers while retaining the existing footprint. Its boulder perimeter is 72 feet north, 82 feet east, 70 feet south, and 44 feet west of the corresponding exterior walls.</w:t>
      </w:r>
    </w:p>
    <w:p>
      <w:pPr>
        <w:pStyle w:val="Heading1"/>
        <w:keepNext/>
      </w:pPr>
      <w:r>
        <w:t>Response to stated evaluation factors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450"/>
        <w:gridCol w:w="6910"/>
      </w:tblGrid>
      <w:tr>
        <w:trPr>
          <w:tblHeader w:val="true"/>
        </w:trPr>
        <w:tc>
          <w:tcPr>
            <w:tcW w:type="dxa" w:w="2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Factor</w:t>
            </w:r>
          </w:p>
        </w:tc>
        <w:tc>
          <w:tcPr>
            <w:tcW w:type="dxa" w:w="69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Offeror response</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Technical approach</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Acceptable. Operations floor in the north half; secure and support rooms in a south spine; public entry west; service entry south. Two packaged air handlers and two standard boilers use common components with limited redundancy. A single service spine, 100 kVA UPS, and one 500 kW generator support identified mission loads.</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Management approach</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Acceptable. One accountable manager; integrated submittal register; weekly discipline coordination; quality-control and safety gates.</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Schedule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Very Good. 388 days; turnover 7 September 2028; 38 days of stated contingency.</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Key personnel</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Dedicated program manager, design manager, and superintendent identified below.</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Past performance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Three comparable records supplied with quality, timeliness, and cost-control context.</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Price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Firm-fixed price of $7,990,000 for complete design, construction, commissioning, training, and closeout.</w:t>
            </w:r>
          </w:p>
        </w:tc>
      </w:tr>
    </w:tbl>
    <w:p>
      <w:pPr>
        <w:pStyle w:val="Heading1"/>
        <w:keepNext/>
      </w:pPr>
      <w:r>
        <w:t>Principal strengths</w:t>
      </w:r>
    </w:p>
    <w:p>
      <w:pPr>
        <w:pStyle w:val="ListBullet"/>
        <w:keepLines/>
        <w:spacing w:after="80" w:line="252" w:lineRule="auto"/>
      </w:pPr>
      <w:r>
        <w:rPr>
          <w:rFonts w:ascii="Calibri" w:hAnsi="Calibri"/>
          <w:color w:val="192530"/>
          <w:sz w:val="18"/>
        </w:rPr>
        <w:t>Lowest evaluated price and earliest turnover.</w:t>
      </w:r>
    </w:p>
    <w:p>
      <w:pPr>
        <w:pStyle w:val="ListBullet"/>
        <w:keepLines/>
        <w:spacing w:after="80" w:line="252" w:lineRule="auto"/>
      </w:pPr>
      <w:r>
        <w:rPr>
          <w:rFonts w:ascii="Calibri" w:hAnsi="Calibri"/>
          <w:color w:val="192530"/>
          <w:sz w:val="18"/>
        </w:rPr>
        <w:t>Commercial components simplify replacement-parts sourcing.</w:t>
      </w:r>
    </w:p>
    <w:p>
      <w:pPr>
        <w:pStyle w:val="ListBullet"/>
        <w:keepLines/>
        <w:spacing w:after="80" w:line="252" w:lineRule="auto"/>
      </w:pPr>
      <w:r>
        <w:rPr>
          <w:rFonts w:ascii="Calibri" w:hAnsi="Calibri"/>
          <w:color w:val="192530"/>
          <w:sz w:val="18"/>
        </w:rPr>
        <w:t>Simple phasing is easy to monitor.</w:t>
      </w:r>
    </w:p>
    <w:p>
      <w:pPr>
        <w:keepNext/>
        <w:pageBreakBefore/>
        <w:spacing w:before="80" w:after="60"/>
        <w:jc w:val="center"/>
      </w:pPr>
      <w:r>
        <w:rPr>
          <w:rFonts w:ascii="Calibri" w:hAnsi="Calibri"/>
          <w:b/>
          <w:color w:val="192530"/>
          <w:sz w:val="32"/>
        </w:rPr>
        <w:t>CONCEPT DESIGN</w:t>
      </w:r>
    </w:p>
    <w:p>
      <w:pPr>
        <w:keepNext/>
        <w:spacing w:before="0" w:after="200"/>
        <w:jc w:val="center"/>
      </w:pPr>
      <w:r>
        <w:rPr>
          <w:rFonts w:ascii="Calibri" w:hAnsi="Calibri"/>
          <w:b/>
          <w:color w:val="606A74"/>
          <w:sz w:val="21"/>
        </w:rPr>
        <w:t>Offeror-developed floor, systems, and security layout · not construction documents</w:t>
      </w:r>
    </w:p>
    <w:p>
      <w:pPr>
        <w:jc w:val="center"/>
      </w:pPr>
      <w:r>
        <w:drawing>
          <wp:inline xmlns:a="http://schemas.openxmlformats.org/drawingml/2006/main" xmlns:pic="http://schemas.openxmlformats.org/drawingml/2006/picture">
            <wp:extent cx="5852160" cy="6966857"/>
            <wp:docPr id="1" name="Picture 1" title="Gray Fox Systems, Inc. Command Post concept" descr="Concept sheet drawn to a common graphic scale showing a 150-foot east-west by 120-foot north-south Building 100 footprint, Gray Fox Systems, Inc.'s floor arrangement, system routes, materials, entrances, and fixed boulder perimeter. Dimension labels state the proposed north, east, south, and west offsets from the corresponding exterior walls; the west offset is 44 feet."/>
            <wp:cNvGraphicFramePr>
              <a:graphicFrameLocks noChangeAspect="1"/>
            </wp:cNvGraphicFramePr>
            <a:graphic>
              <a:graphicData uri="http://schemas.openxmlformats.org/drawingml/2006/picture">
                <pic:pic>
                  <pic:nvPicPr>
                    <pic:cNvPr id="0" name="G-05_Gray_Fox_Systems_Command_Post_Concept.png"/>
                    <pic:cNvPicPr/>
                  </pic:nvPicPr>
                  <pic:blipFill>
                    <a:blip r:embed="rId11"/>
                    <a:stretch>
                      <a:fillRect/>
                    </a:stretch>
                  </pic:blipFill>
                  <pic:spPr>
                    <a:xfrm>
                      <a:off x="0" y="0"/>
                      <a:ext cx="5852160" cy="6966857"/>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5EFD9"/>
            <w:vAlign w:val="center"/>
            <w:tcMar>
              <w:top w:w="100" w:type="dxa"/>
              <w:bottom w:w="100" w:type="dxa"/>
              <w:start w:w="120" w:type="dxa"/>
              <w:end w:w="120" w:type="dxa"/>
            </w:tcMar>
          </w:tcPr>
          <w:p>
            <w:pPr>
              <w:spacing w:after="0" w:line="252" w:lineRule="auto"/>
            </w:pPr>
            <w:r>
              <w:rPr>
                <w:rFonts w:ascii="Calibri" w:hAnsi="Calibri"/>
                <w:b/>
                <w:color w:val="8E4F47"/>
                <w:sz w:val="18"/>
              </w:rPr>
              <w:t xml:space="preserve">DESIGN STATUS. </w:t>
            </w:r>
            <w:r>
              <w:rPr>
                <w:rFonts w:ascii="Calibri" w:hAnsi="Calibri"/>
                <w:color w:val="192530"/>
                <w:sz w:val="18"/>
              </w:rPr>
              <w:t>This is a concept-level submission. Final dimensions, calculations, grading, utilities, foundations, anchorage, and construction details will be developed after award through the required design reviews.</w:t>
            </w:r>
          </w:p>
        </w:tc>
      </w:tr>
    </w:tbl>
    <w:p>
      <w:pPr>
        <w:keepNext/>
        <w:pageBreakBefore/>
        <w:spacing w:before="80" w:after="60"/>
        <w:jc w:val="center"/>
      </w:pPr>
      <w:r>
        <w:rPr>
          <w:rFonts w:ascii="Calibri" w:hAnsi="Calibri"/>
          <w:b/>
          <w:color w:val="192530"/>
          <w:sz w:val="32"/>
        </w:rPr>
        <w:t>MANAGEMENT AND SCHEDULE</w:t>
      </w:r>
    </w:p>
    <w:p>
      <w:pPr>
        <w:keepNext/>
        <w:spacing w:before="0" w:after="200"/>
        <w:jc w:val="center"/>
      </w:pPr>
      <w:r>
        <w:rPr>
          <w:rFonts w:ascii="Calibri" w:hAnsi="Calibri"/>
          <w:b/>
          <w:color w:val="606A74"/>
          <w:sz w:val="21"/>
        </w:rPr>
        <w:t>Design-construction integration and proposed control plan</w:t>
      </w:r>
    </w:p>
    <w:p>
      <w:pPr>
        <w:pStyle w:val="Heading1"/>
        <w:keepNext/>
      </w:pPr>
      <w:r>
        <w:t>Management approach</w:t>
      </w:r>
    </w:p>
    <w:p>
      <w:pPr>
        <w:pStyle w:val="ListBullet"/>
        <w:keepLines/>
        <w:spacing w:after="80" w:line="252" w:lineRule="auto"/>
      </w:pPr>
      <w:r>
        <w:rPr>
          <w:rFonts w:ascii="Calibri" w:hAnsi="Calibri"/>
          <w:color w:val="192530"/>
          <w:sz w:val="20"/>
        </w:rPr>
        <w:t>One program manager controls price, schedule, design, construction, subcontracts, and Government correspondence.</w:t>
      </w:r>
    </w:p>
    <w:p>
      <w:pPr>
        <w:pStyle w:val="ListBullet"/>
        <w:keepLines/>
        <w:spacing w:after="80" w:line="252" w:lineRule="auto"/>
      </w:pPr>
      <w:r>
        <w:rPr>
          <w:rFonts w:ascii="Calibri" w:hAnsi="Calibri"/>
          <w:color w:val="192530"/>
          <w:sz w:val="20"/>
        </w:rPr>
        <w:t>A common design model, submittal register, and weekly meeting link architectural, structural, civil, mechanical, electrical, communications, security, fire, and commissioning disciplines.</w:t>
      </w:r>
    </w:p>
    <w:p>
      <w:pPr>
        <w:pStyle w:val="ListBullet"/>
        <w:keepLines/>
        <w:spacing w:after="80" w:line="252" w:lineRule="auto"/>
      </w:pPr>
      <w:r>
        <w:rPr>
          <w:rFonts w:ascii="Calibri" w:hAnsi="Calibri"/>
          <w:color w:val="192530"/>
          <w:sz w:val="20"/>
        </w:rPr>
        <w:t>Preparatory, initial, and follow-up quality-control phases precede each definable feature; safety planning and activity-hazard analysis are integrated into release decisions.</w:t>
      </w:r>
    </w:p>
    <w:p>
      <w:pPr>
        <w:pStyle w:val="ListBullet"/>
        <w:keepLines/>
        <w:spacing w:after="80" w:line="252" w:lineRule="auto"/>
      </w:pPr>
      <w:r>
        <w:rPr>
          <w:rFonts w:ascii="Calibri" w:hAnsi="Calibri"/>
          <w:color w:val="192530"/>
          <w:sz w:val="20"/>
        </w:rPr>
        <w:t>Long-lead equipment is released after accepted design information; field verification precedes demolition and fabrication.</w:t>
      </w:r>
    </w:p>
    <w:p>
      <w:pPr>
        <w:pStyle w:val="Heading1"/>
        <w:keepNext/>
      </w:pPr>
      <w:r>
        <w:t>Key personnel</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3000"/>
        <w:gridCol w:w="6360"/>
      </w:tblGrid>
      <w:tr>
        <w:trPr>
          <w:tblHeader w:val="true"/>
        </w:trPr>
        <w:tc>
          <w:tcPr>
            <w:tcW w:type="dxa" w:w="30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Individual</w:t>
            </w:r>
          </w:p>
        </w:tc>
        <w:tc>
          <w:tcPr>
            <w:tcW w:type="dxa" w:w="63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Role and qualifications</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Naomi Hunter, PMP</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Program Manager · 9 years federal renovation</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Frank Jaeger, PE</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Design Manager · commercial systems integration</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George Kasler</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Superintendent · 5 years remote construction</w:t>
            </w:r>
          </w:p>
        </w:tc>
      </w:tr>
    </w:tbl>
    <w:p>
      <w:pPr>
        <w:pStyle w:val="Heading1"/>
        <w:keepNext/>
      </w:pPr>
      <w:r>
        <w:t>Proposed schedule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850"/>
        <w:gridCol w:w="2350"/>
        <w:gridCol w:w="4160"/>
      </w:tblGrid>
      <w:tr>
        <w:trPr>
          <w:tblHeader w:val="true"/>
        </w:trPr>
        <w:tc>
          <w:tcPr>
            <w:tcW w:type="dxa" w:w="28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Milestone</w:t>
            </w:r>
          </w:p>
        </w:tc>
        <w:tc>
          <w:tcPr>
            <w:tcW w:type="dxa" w:w="23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Date / period</w:t>
            </w:r>
          </w:p>
        </w:tc>
        <w:tc>
          <w:tcPr>
            <w:tcW w:type="dxa" w:w="41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Control</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Notice to proceed</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16 Aug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Baseline and field verification begin.</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35%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22 Sep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Confirm floor, site, systems, and long-lead basis.</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65%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20 Nov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Resolve coordination before broad construction release.</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95%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19 Jan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Complete systems and commissioning requirements.</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Final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16 Feb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Issue accepted construction package.</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Construction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Oct 2027 – Aug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Envelope, interiors, systems, security, and sitework.</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Commission / train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Aug – Sep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Testing, training, punch list, and closeout.</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Offeror turnover</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7 September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38 days before 15 Oct 2028.</w:t>
            </w:r>
          </w:p>
        </w:tc>
      </w:tr>
    </w:tbl>
    <w:p>
      <w:pPr>
        <w:keepNext/>
        <w:pageBreakBefore/>
        <w:spacing w:before="80" w:after="60"/>
        <w:jc w:val="center"/>
      </w:pPr>
      <w:r>
        <w:rPr>
          <w:rFonts w:ascii="Calibri" w:hAnsi="Calibri"/>
          <w:b/>
          <w:color w:val="192530"/>
          <w:sz w:val="32"/>
        </w:rPr>
        <w:t>PAST PERFORMANCE AND PRICE</w:t>
      </w:r>
    </w:p>
    <w:p>
      <w:pPr>
        <w:keepNext/>
        <w:spacing w:before="0" w:after="200"/>
        <w:jc w:val="center"/>
      </w:pPr>
      <w:r>
        <w:rPr>
          <w:rFonts w:ascii="Calibri" w:hAnsi="Calibri"/>
          <w:b/>
          <w:color w:val="606A74"/>
          <w:sz w:val="21"/>
        </w:rPr>
        <w:t>Quality, timeliness, cost control, and firm-fixed-price offer</w:t>
      </w:r>
    </w:p>
    <w:p>
      <w:pPr>
        <w:pStyle w:val="Heading1"/>
        <w:keepNext/>
      </w:pPr>
      <w:r>
        <w:t>Relevant record</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650"/>
        <w:gridCol w:w="1200"/>
        <w:gridCol w:w="1350"/>
        <w:gridCol w:w="1450"/>
        <w:gridCol w:w="2710"/>
      </w:tblGrid>
      <w:tr>
        <w:trPr>
          <w:tblHeader w:val="true"/>
        </w:trPr>
        <w:tc>
          <w:tcPr>
            <w:tcW w:type="dxa" w:w="26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Project</w:t>
            </w:r>
          </w:p>
        </w:tc>
        <w:tc>
          <w:tcPr>
            <w:tcW w:type="dxa" w:w="12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Value</w:t>
            </w:r>
          </w:p>
        </w:tc>
        <w:tc>
          <w:tcPr>
            <w:tcW w:type="dxa" w:w="13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Quality</w:t>
            </w:r>
          </w:p>
        </w:tc>
        <w:tc>
          <w:tcPr>
            <w:tcW w:type="dxa" w:w="1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Timeliness</w:t>
            </w:r>
          </w:p>
        </w:tc>
        <w:tc>
          <w:tcPr>
            <w:tcW w:type="dxa" w:w="27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Cost control</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Fox Island Emergency Operations Center</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$6.75M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On time</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Good; 1.1% growth</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Remote Clinic Systems Renewal</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$7.15M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Satisfactory</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33 days late</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Marginal; 4.5% sequencing growth</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SM-MACC-01 Warehouse Controls</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$3.90M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7 days early</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 no contractor growth</w:t>
            </w:r>
          </w:p>
        </w:tc>
      </w:tr>
    </w:tbl>
    <w:p>
      <w:pPr>
        <w:keepLines/>
        <w:spacing w:before="0" w:after="160" w:line="264" w:lineRule="auto"/>
        <w:ind w:left="0"/>
      </w:pPr>
      <w:r>
        <w:rPr>
          <w:rFonts w:ascii="Calibri" w:hAnsi="Calibri"/>
          <w:color w:val="192530"/>
          <w:sz w:val="22"/>
        </w:rPr>
        <w:t>The Government may verify the records above and consider relevance, context, and trend. All project names and performance records in this exercise proposal are fictional.</w:t>
      </w:r>
    </w:p>
    <w:p>
      <w:pPr>
        <w:pStyle w:val="Heading1"/>
        <w:keepNext/>
      </w:pPr>
      <w:r>
        <w:t>Firm-fixed-price breakout</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700"/>
        <w:gridCol w:w="6260"/>
        <w:gridCol w:w="2400"/>
      </w:tblGrid>
      <w:tr>
        <w:trPr>
          <w:tblHeader w:val="true"/>
        </w:trPr>
        <w:tc>
          <w:tcPr>
            <w:tcW w:type="dxa" w:w="7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Item</w:t>
            </w:r>
          </w:p>
        </w:tc>
        <w:tc>
          <w:tcPr>
            <w:tcW w:type="dxa" w:w="62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Price element</w:t>
            </w:r>
          </w:p>
        </w:tc>
        <w:tc>
          <w:tcPr>
            <w:tcW w:type="dxa" w:w="24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Amount</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1</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Design, surveys, management, bonds, and controls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$839,000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2</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Roof and exterior envelope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$1,358,000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3</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Interior renewal and mission spaces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$1,638,000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4</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Electrical, emergency power, and communications pathways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$1,358,000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5</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HVAC, plumbing, fire protection, and life safety</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$839,000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6</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Site security, boulders, entries, drainage, and restoration</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$799,000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7</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Commissioning, training, closeout, and remote logistics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$599,000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8</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Offeror contingency and price balance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$560,000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TOTAL FIRM-FIXED PRICE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$7,990,000</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3EE"/>
            <w:vAlign w:val="center"/>
            <w:tcMar>
              <w:top w:w="100" w:type="dxa"/>
              <w:bottom w:w="100" w:type="dxa"/>
              <w:start w:w="120" w:type="dxa"/>
              <w:end w:w="120" w:type="dxa"/>
            </w:tcMar>
          </w:tcPr>
          <w:p>
            <w:pPr>
              <w:spacing w:after="0" w:line="252" w:lineRule="auto"/>
            </w:pPr>
            <w:r>
              <w:rPr>
                <w:rFonts w:ascii="Calibri" w:hAnsi="Calibri"/>
                <w:b/>
                <w:color w:val="8E4F47"/>
                <w:sz w:val="18"/>
              </w:rPr>
              <w:t xml:space="preserve">OFFER. </w:t>
            </w:r>
            <w:r>
              <w:rPr>
                <w:rFonts w:ascii="Calibri" w:hAnsi="Calibri"/>
                <w:color w:val="192530"/>
                <w:sz w:val="18"/>
              </w:rPr>
              <w:t>Gray Fox Systems, Inc. offers the complete requirement for $7,990,000, firm fixed price, subject to SM-MACC-01 and CP-27-008.</w:t>
            </w:r>
          </w:p>
        </w:tc>
      </w:tr>
    </w:tbl>
    <w:p>
      <w:pPr>
        <w:keepLines/>
        <w:spacing w:before="0" w:after="60" w:line="252" w:lineRule="auto"/>
      </w:pPr>
      <w:r>
        <w:rPr>
          <w:rFonts w:ascii="Calibri" w:hAnsi="Calibri"/>
          <w:b/>
          <w:color w:val="192530"/>
          <w:sz w:val="22"/>
        </w:rPr>
        <w:t xml:space="preserve">AUTHORIZED OFFEROR: </w:t>
      </w:r>
      <w:r>
        <w:rPr>
          <w:rFonts w:ascii="Calibri" w:hAnsi="Calibri"/>
          <w:color w:val="192530"/>
          <w:sz w:val="22"/>
        </w:rPr>
        <w:t>/s/ Naomi Hunter, PMP, for Gray Fox Systems, Inc.</w:t>
      </w:r>
    </w:p>
    <w:p>
      <w:pPr>
        <w:keepLines/>
        <w:spacing w:before="0" w:after="0" w:line="252" w:lineRule="auto"/>
      </w:pPr>
      <w:r>
        <w:rPr>
          <w:rFonts w:ascii="Calibri" w:hAnsi="Calibri"/>
          <w:b/>
          <w:color w:val="192530"/>
          <w:sz w:val="22"/>
        </w:rPr>
        <w:t xml:space="preserve">DATE: </w:t>
      </w:r>
      <w:r>
        <w:rPr>
          <w:rFonts w:ascii="Calibri" w:hAnsi="Calibri"/>
          <w:color w:val="192530"/>
          <w:sz w:val="22"/>
        </w:rPr>
        <w:t>21 July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G-05  |  GRAY FOX SYSTEMS DESIGN-BUILD PROPOSAL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G-05 Command Post Design-Build Proposal</dc:title>
  <dc:subject>Concept design and best-value proposal from Gray Fox Systems, Inc.</dc:subject>
  <dc:creator>Gray Fox Systems, Inc.</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