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EMPLOYEE INTERVIEW RECORD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Elena Cruz | VE-1842 | Campbell Hall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Interviewed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13 Sep 2027 / 0905; privately at 713 CES field office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Interviewer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Meryl Silverburgh, Construction Inspector, 713 CES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Employer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Volgin Electrical Services, LLC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Prime / order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Peace Walker Infrastructure Partners, LLC / FA-27-005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Period discussed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23 August through 10 September 2027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900"/>
        <w:gridCol w:w="6460"/>
      </w:tblGrid>
      <w:tr>
        <w:trPr>
          <w:tblHeader w:val="true"/>
          <w:cantSplit/>
        </w:trPr>
        <w:tc>
          <w:tcPr>
            <w:tcW w:type="dxa" w:w="29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Question</w:t>
            </w:r>
          </w:p>
        </w:tc>
        <w:tc>
          <w:tcPr>
            <w:tcW w:type="dxa" w:w="64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Worker statement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What work did you normally perform?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Laid out, cut, bent, supported, and installed EMT conduit; installed pull boxes; pulled branch conductors; mounted boxes and devices; made de-energized terminations.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Who directed the work?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Volgin's electrical foreman assigned the daily electrical installation tasks and checked completed work.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Hours worked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Eight straight-time hours each Monday through Friday; 40 hours in each of the three weeks; no overtime.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Rate and fringe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$31.20 per hour in basic wages and $15.60 per hour reported as benefit-plan contributions.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How did the employer describe your classification?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Volgin called the position 'electrical helper/laborer' because I am not a licensed journeyman.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Registered apprentice?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No. I am not enrolled in or individually registered under an approved apprenticeship program.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Accuracy / coercion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The hours and amounts paid match my pay records. I gave this statement voluntarily and outside the supervisor's presence.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468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Worker acknowledgment</w:t>
            </w:r>
          </w:p>
        </w:tc>
        <w:tc>
          <w:tcPr>
            <w:tcW w:type="dxa" w:w="468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Interviewer certification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/s/ Elena Cruz</w:t>
              <w:br/>
              <w:t>13 Sep 2027</w:t>
            </w:r>
          </w:p>
        </w:tc>
        <w:tc>
          <w:tcPr>
            <w:tcW w:type="dxa" w:w="46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/s/ Meryl Silverburgh</w:t>
              <w:br/>
              <w:t>13 Sep 2027</w:t>
            </w:r>
          </w:p>
        </w:tc>
      </w:tr>
    </w:tbl>
    <w:p>
      <w:pPr>
        <w:keepNext/>
        <w:pageBreakBefore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EMPLOYEE INTERVIEW RECORD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Marcus Hale | VE-3367 | Campbell Hall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Interviewed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13 Sep 2027 / 0935; privately at 713 CES field office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Interviewer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Meryl Silverburgh, Construction Inspector, 713 CES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Employer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Volgin Electrical Services, LLC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Prime / order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Peace Walker Infrastructure Partners, LLC / FA-27-005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Period discussed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23 August through 10 September 2027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900"/>
        <w:gridCol w:w="6460"/>
      </w:tblGrid>
      <w:tr>
        <w:trPr>
          <w:tblHeader w:val="true"/>
          <w:cantSplit/>
        </w:trPr>
        <w:tc>
          <w:tcPr>
            <w:tcW w:type="dxa" w:w="29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Question</w:t>
            </w:r>
          </w:p>
        </w:tc>
        <w:tc>
          <w:tcPr>
            <w:tcW w:type="dxa" w:w="64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Worker statement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What work did you normally perform?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Installed conduit and fittings, pulled feeder and branch conductors, mounted electrical boxes and panel components, and made de-energized terminations.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Who directed the work?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Volgin's electrical foreman assigned the daily electrical installation tasks and checked completed work.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Hours worked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Eight straight-time hours each Monday through Friday; 40 hours in each of the three weeks; no overtime.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Rate and fringe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$31.20 per hour in basic wages and $15.60 per hour reported as benefit-plan contributions.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How did the employer describe your classification?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Volgin called the position 'electrical helper/laborer' because I am not a licensed journeyman.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Registered apprentice?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No. I am not enrolled in or individually registered under an approved apprenticeship program.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Accuracy / coercion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The hours and amounts paid match my pay records. I gave this statement voluntarily and outside the supervisor's presence.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468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Worker acknowledgment</w:t>
            </w:r>
          </w:p>
        </w:tc>
        <w:tc>
          <w:tcPr>
            <w:tcW w:type="dxa" w:w="468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Interviewer certification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/s/ Marcus Hale</w:t>
              <w:br/>
              <w:t>13 Sep 2027</w:t>
            </w:r>
          </w:p>
        </w:tc>
        <w:tc>
          <w:tcPr>
            <w:tcW w:type="dxa" w:w="46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/s/ Meryl Silverburgh</w:t>
              <w:br/>
              <w:t>13 Sep 2027</w:t>
            </w:r>
          </w:p>
        </w:tc>
      </w:tr>
    </w:tbl>
    <w:p>
      <w:pPr>
        <w:keepNext/>
        <w:pageBreakBefore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EMPLOYEE INTERVIEW RECORD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Tariq Benson | VE-5094 | Campbell Hall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Interviewed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13 Sep 2027 / 1010; privately at 713 CES field office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Interviewer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Meryl Silverburgh, Construction Inspector, 713 CES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Employer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Volgin Electrical Services, LLC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Prime / order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Peace Walker Infrastructure Partners, LLC / FA-27-005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Period discussed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23 August through 10 September 2027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900"/>
        <w:gridCol w:w="6460"/>
      </w:tblGrid>
      <w:tr>
        <w:trPr>
          <w:tblHeader w:val="true"/>
          <w:cantSplit/>
        </w:trPr>
        <w:tc>
          <w:tcPr>
            <w:tcW w:type="dxa" w:w="29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Question</w:t>
            </w:r>
          </w:p>
        </w:tc>
        <w:tc>
          <w:tcPr>
            <w:tcW w:type="dxa" w:w="64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Worker statement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What work did you normally perform?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Measured and installed raceway, hung supports, pulled conductors, mounted panel equipment and devices, and made de-energized terminations under the foreman.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Who directed the work?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Volgin's electrical foreman assigned the daily electrical installation tasks and checked completed work.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Hours worked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Eight straight-time hours each Monday through Friday; 40 hours in each of the three weeks; no overtime.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Rate and fringe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$31.20 per hour in basic wages and $15.60 per hour reported as benefit-plan contributions.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How did the employer describe your classification?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Volgin called the position 'electrical helper/laborer' because I am not a licensed journeyman.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Registered apprentice?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No. I am not enrolled in or individually registered under an approved apprenticeship program.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Accuracy / coercion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The hours and amounts paid match my pay records. I gave this statement voluntarily and outside the supervisor's presence.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468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Worker acknowledgment</w:t>
            </w:r>
          </w:p>
        </w:tc>
        <w:tc>
          <w:tcPr>
            <w:tcW w:type="dxa" w:w="468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Interviewer certification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/s/ Tariq Benson</w:t>
              <w:br/>
              <w:t>13 Sep 2027</w:t>
            </w:r>
          </w:p>
        </w:tc>
        <w:tc>
          <w:tcPr>
            <w:tcW w:type="dxa" w:w="46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/s/ Meryl Silverburgh</w:t>
              <w:br/>
              <w:t>13 Sep 2027</w:t>
            </w:r>
          </w:p>
        </w:tc>
      </w:tr>
    </w:tbl>
    <w:p>
      <w:pPr>
        <w:keepNext/>
        <w:pageBreakBefore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EMPLOYEE INTERVIEW RECORD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June Park | VE-7721 | Campbell Hall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Interviewed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13 Sep 2027 / 1040; privately at 713 CES field office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Interviewer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Meryl Silverburgh, Construction Inspector, 713 CES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Employer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Volgin Electrical Services, LLC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Prime / order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Peace Walker Infrastructure Partners, LLC / FA-27-005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Period discussed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23 August through 10 September 2027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900"/>
        <w:gridCol w:w="6460"/>
      </w:tblGrid>
      <w:tr>
        <w:trPr>
          <w:tblHeader w:val="true"/>
          <w:cantSplit/>
        </w:trPr>
        <w:tc>
          <w:tcPr>
            <w:tcW w:type="dxa" w:w="29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Question</w:t>
            </w:r>
          </w:p>
        </w:tc>
        <w:tc>
          <w:tcPr>
            <w:tcW w:type="dxa" w:w="64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Worker statement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What work did you normally perform?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Installed raceway, pull boxes and device boxes; pulled conductors; mounted panel components; and completed de-energized device and panel terminations.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Who directed the work?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Volgin's electrical foreman assigned the daily electrical installation tasks and checked completed work.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Hours worked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Eight straight-time hours each Monday through Friday; 40 hours in each of the three weeks; no overtime.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Rate and fringe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$31.20 per hour in basic wages and $15.60 per hour reported as benefit-plan contributions.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How did the employer describe your classification?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Volgin called the position 'electrical helper/laborer' because I am not a licensed journeyman.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Registered apprentice?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No. I am not enrolled in or individually registered under an approved apprenticeship program.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Accuracy / coercion</w:t>
            </w:r>
          </w:p>
        </w:tc>
        <w:tc>
          <w:tcPr>
            <w:tcW w:type="dxa" w:w="6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The hours and amounts paid match my pay records. I gave this statement voluntarily and outside the supervisor's presence.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468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Worker acknowledgment</w:t>
            </w:r>
          </w:p>
        </w:tc>
        <w:tc>
          <w:tcPr>
            <w:tcW w:type="dxa" w:w="468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Interviewer certification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/s/ June Park</w:t>
              <w:br/>
              <w:t>13 Sep 2027</w:t>
            </w:r>
          </w:p>
        </w:tc>
        <w:tc>
          <w:tcPr>
            <w:tcW w:type="dxa" w:w="46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/s/ Meryl Silverburgh</w:t>
              <w:br/>
              <w:t>13 Sep 2027</w:t>
            </w:r>
          </w:p>
        </w:tc>
      </w:tr>
    </w:tbl>
    <w:p>
      <w:pPr>
        <w:spacing w:before="80" w:after="0" w:line="240" w:lineRule="auto"/>
      </w:pPr>
      <w:r>
        <w:rPr>
          <w:rFonts w:ascii="Calibri" w:hAnsi="Calibri"/>
          <w:b/>
          <w:color w:val="606A74"/>
          <w:sz w:val="15"/>
        </w:rPr>
        <w:t xml:space="preserve">Source note: </w:t>
      </w:r>
      <w:r>
        <w:rPr>
          <w:rFonts w:ascii="Calibri" w:hAnsi="Calibri"/>
          <w:color w:val="606A74"/>
          <w:sz w:val="15"/>
        </w:rPr>
        <w:t>Exercise interview records modeled on the employee-interview compliance checks described in FAR 22.406-7 and the record-access provisions of FAR 52.222-8.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1123" w:bottom="792" w:left="1123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K-06  |  EMPLOYEE INTERVIEW RECORDS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64" w:lineRule="auto"/>
    </w:pPr>
    <w:rPr>
      <w:rFonts w:ascii="Calibri" w:hAnsi="Calibri"/>
      <w:color w:val="192530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K-06 Employee Interview Records</dc:title>
  <dc:subject>Four employee interviews concerning duties, hours, rates, and apprenticeship status</dc:subject>
  <dc:creator>713th Civil Engineering Squadron</dc:creator>
  <cp:keywords>training, construction wage rates, certified payroll, FAR 52.222-6, FAR 22.406</cp:keywords>
  <dc:description>Exercise use only. All names, places, dates, rates, and records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